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rFonts w:ascii="Calibri" w:hAnsi="Calibri"/>
          <w:b/>
          <w:color w:val="1A1A1A"/>
          <w:sz w:val="36"/>
        </w:rPr>
        <w:t>[YOUR NAME]</w:t>
      </w:r>
    </w:p>
    <w:p>
      <w:pPr>
        <w:spacing w:before="40" w:after="0"/>
        <w:jc w:val="center"/>
      </w:pPr>
      <w:r>
        <w:rPr>
          <w:rFonts w:ascii="Calibri" w:hAnsi="Calibri"/>
          <w:b w:val="0"/>
          <w:color w:val="1A1A1A"/>
          <w:sz w:val="21"/>
        </w:rPr>
        <w:t>[Degree] in [Branch], graduating [Month Year] | Seeking [Role] roles</w:t>
      </w:r>
    </w:p>
    <w:p>
      <w:pPr>
        <w:spacing w:before="40" w:after="0"/>
        <w:jc w:val="center"/>
      </w:pPr>
      <w:r>
        <w:rPr>
          <w:rFonts w:ascii="Calibri" w:hAnsi="Calibri"/>
          <w:b w:val="0"/>
          <w:color w:val="1A1A1A"/>
          <w:sz w:val="20"/>
        </w:rPr>
        <w:t>[City, State] | +91 [10-digit number] | [firstname.lastname]@gmail.com</w:t>
      </w:r>
    </w:p>
    <w:p>
      <w:pPr>
        <w:spacing w:before="20" w:after="0"/>
        <w:jc w:val="center"/>
      </w:pPr>
      <w:r>
        <w:rPr>
          <w:rFonts w:ascii="Calibri" w:hAnsi="Calibri"/>
          <w:b w:val="0"/>
          <w:color w:val="1A1A1A"/>
          <w:sz w:val="20"/>
        </w:rPr>
        <w:t>linkedin.com/in/[your-handle] | github.com/[your-handle]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Objective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 w:val="0"/>
          <w:color w:val="1A1A1A"/>
          <w:sz w:val="21"/>
        </w:rPr>
        <w:t>[Degree] graduate in [Branch] with coursework and self-built projects in [Skill 1] and [Skill 2]. Seeking a [Role] role at [Company / type of company] to apply [what you know] and grow into [what you want to do].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Education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/>
          <w:color w:val="1A1A1A"/>
          <w:sz w:val="21"/>
        </w:rPr>
        <w:t>[Degree] in [Branch]</w:t>
      </w:r>
    </w:p>
    <w:p>
      <w:pPr>
        <w:spacing w:before="0" w:after="0"/>
      </w:pPr>
      <w:r>
        <w:rPr>
          <w:rFonts w:ascii="Calibri" w:hAnsi="Calibri"/>
          <w:b w:val="0"/>
          <w:color w:val="1A1A1A"/>
          <w:sz w:val="20"/>
        </w:rPr>
        <w:t>[College Name], [City] | [Month Year] – [Month Year] | [CGPA / %]</w:t>
      </w:r>
    </w:p>
    <w:p>
      <w:pPr>
        <w:spacing w:before="20" w:after="0"/>
      </w:pPr>
      <w:r>
        <w:rPr>
          <w:rFonts w:ascii="Calibri" w:hAnsi="Calibri"/>
          <w:b w:val="0"/>
          <w:color w:val="1A1A1A"/>
          <w:sz w:val="20"/>
        </w:rPr>
        <w:t>Relevant coursework: [Course 1], [Course 2], [Course 3]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Academic &amp; Self-Built Projects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/>
          <w:color w:val="1A1A1A"/>
          <w:sz w:val="21"/>
        </w:rPr>
        <w:t>[Project or Assignment Name] | [Tools] | [Month Year]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Analysed [dataset/topic] covering [number] [rows/records/responses].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Presented findings to [number] [classmates/faculty], recommending [what].</w:t>
      </w:r>
    </w:p>
    <w:p>
      <w:pPr>
        <w:spacing w:before="100" w:after="0"/>
      </w:pPr>
      <w:r>
        <w:rPr>
          <w:rFonts w:ascii="Calibri" w:hAnsi="Calibri"/>
          <w:b/>
          <w:color w:val="1A1A1A"/>
          <w:sz w:val="21"/>
        </w:rPr>
        <w:t>[Course Project / Certification Capstone] | [Tools] | [Month Year]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Built [what] as part of [course]; scored [marks] out of [total].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Skills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 w:val="0"/>
          <w:color w:val="1A1A1A"/>
          <w:sz w:val="20"/>
        </w:rPr>
        <w:t>Core: [e.g. Excel, SQL, written communication]</w:t>
      </w:r>
    </w:p>
    <w:p>
      <w:pPr>
        <w:spacing w:before="0" w:after="0"/>
      </w:pPr>
      <w:r>
        <w:rPr>
          <w:rFonts w:ascii="Calibri" w:hAnsi="Calibri"/>
          <w:b w:val="0"/>
          <w:color w:val="1A1A1A"/>
          <w:sz w:val="20"/>
        </w:rPr>
        <w:t>Tools: [e.g. Google Sheets, Canva, Tally]</w:t>
      </w:r>
    </w:p>
    <w:p>
      <w:pPr>
        <w:spacing w:before="0" w:after="0"/>
      </w:pPr>
      <w:r>
        <w:rPr>
          <w:rFonts w:ascii="Calibri" w:hAnsi="Calibri"/>
          <w:b w:val="0"/>
          <w:color w:val="1A1A1A"/>
          <w:sz w:val="20"/>
        </w:rPr>
        <w:t>Languages: [English, Hindi, [other]] - [read/write/speak]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Positions of Responsibility &amp; Volunteering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/>
          <w:color w:val="1A1A1A"/>
          <w:sz w:val="21"/>
        </w:rPr>
        <w:t>[Role] | [Club / NGO / College committee] | [Month Year] – [Month Year]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Coordinated [event/activity] for [number] participants across [number] days.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Managed [budget/team of number], delivering [outcome].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Certifications</w:t>
      </w:r>
    </w:p>
    <w:p>
      <w:pPr>
        <w:spacing w:before="20" w:after="80"/>
        <w:pBdr>
          <w:bottom w:val="single" w:sz="6" w:space="1" w:color="999999"/>
        </w:pBdr>
      </w:pP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[Certification name] — [Issuing body], [Month Year]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[Online course] — [Platform], [Month Year]</w:t>
      </w:r>
    </w:p>
    <w:p>
      <w:pPr>
        <w:spacing w:before="200" w:after="0"/>
      </w:pPr>
      <w:r>
        <w:rPr>
          <w:rFonts w:ascii="Calibri" w:hAnsi="Calibri"/>
          <w:b w:val="0"/>
          <w:color w:val="1A1A1A"/>
          <w:sz w:val="17"/>
        </w:rPr>
        <w:t>Delete this line before sending. Keep it to one page, export as PDF unless the portal asks for .docx, and never invent a number you cannot defend in an interview.</w:t>
      </w:r>
    </w:p>
    <w:sectPr w:rsidR="00FC693F" w:rsidRPr="0006063C" w:rsidSect="00034616">
      <w:pgSz w:w="11906" w:h="16838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252" w:lineRule="auto"/>
    </w:pPr>
    <w:rPr>
      <w:rFonts w:ascii="Calibri" w:hAnsi="Calibri" w:eastAsia="Calibri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