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rPr>
          <w:rFonts w:ascii="Calibri" w:hAnsi="Calibri"/>
          <w:b/>
          <w:color w:val="1A1A1A"/>
          <w:sz w:val="36"/>
        </w:rPr>
        <w:t>[YOUR NAME]</w:t>
      </w:r>
    </w:p>
    <w:p>
      <w:pPr>
        <w:spacing w:before="40" w:after="0"/>
        <w:jc w:val="center"/>
      </w:pPr>
      <w:r>
        <w:rPr>
          <w:rFonts w:ascii="Calibri" w:hAnsi="Calibri"/>
          <w:b w:val="0"/>
          <w:color w:val="1A1A1A"/>
          <w:sz w:val="21"/>
        </w:rPr>
        <w:t>[Degree] in [Branch], graduating [Month Year] | Software / Data roles</w:t>
      </w:r>
    </w:p>
    <w:p>
      <w:pPr>
        <w:spacing w:before="40" w:after="0"/>
        <w:jc w:val="center"/>
      </w:pPr>
      <w:r>
        <w:rPr>
          <w:rFonts w:ascii="Calibri" w:hAnsi="Calibri"/>
          <w:b w:val="0"/>
          <w:color w:val="1A1A1A"/>
          <w:sz w:val="20"/>
        </w:rPr>
        <w:t>[City, State] | +91 [10-digit number] | [firstname.lastname]@gmail.com</w:t>
      </w:r>
    </w:p>
    <w:p>
      <w:pPr>
        <w:spacing w:before="20" w:after="0"/>
        <w:jc w:val="center"/>
      </w:pPr>
      <w:r>
        <w:rPr>
          <w:rFonts w:ascii="Calibri" w:hAnsi="Calibri"/>
          <w:b w:val="0"/>
          <w:color w:val="1A1A1A"/>
          <w:sz w:val="20"/>
        </w:rPr>
        <w:t>linkedin.com/in/[your-handle] | github.com/[your-handle]</w:t>
      </w:r>
    </w:p>
    <w:p>
      <w:pPr>
        <w:spacing w:before="180" w:after="0"/>
      </w:pPr>
      <w:r>
        <w:rPr>
          <w:rFonts w:ascii="Calibri" w:hAnsi="Calibri"/>
          <w:b/>
          <w:caps/>
          <w:color w:val="1A1A1A"/>
          <w:sz w:val="22"/>
        </w:rPr>
        <w:t>Summary</w:t>
      </w:r>
    </w:p>
    <w:p>
      <w:pPr>
        <w:spacing w:before="20" w:after="80"/>
        <w:pBdr>
          <w:bottom w:val="single" w:sz="6" w:space="1" w:color="999999"/>
        </w:pBdr>
      </w:pPr>
    </w:p>
    <w:p>
      <w:pPr>
        <w:spacing w:before="0" w:after="0"/>
      </w:pPr>
      <w:r>
        <w:rPr>
          <w:rFonts w:ascii="Calibri" w:hAnsi="Calibri"/>
          <w:b w:val="0"/>
          <w:color w:val="1A1A1A"/>
          <w:sz w:val="21"/>
        </w:rPr>
        <w:t>[Branch] graduate who has shipped [number] projects in [Language] and [Framework]. Comfortable with [Skill 1], [Skill 2] and [Skill 3]. Looking for a [Role] role building [what kind of systems].</w:t>
      </w:r>
    </w:p>
    <w:p>
      <w:pPr>
        <w:spacing w:before="180" w:after="0"/>
      </w:pPr>
      <w:r>
        <w:rPr>
          <w:rFonts w:ascii="Calibri" w:hAnsi="Calibri"/>
          <w:b/>
          <w:caps/>
          <w:color w:val="1A1A1A"/>
          <w:sz w:val="22"/>
        </w:rPr>
        <w:t>Education</w:t>
      </w:r>
    </w:p>
    <w:p>
      <w:pPr>
        <w:spacing w:before="20" w:after="80"/>
        <w:pBdr>
          <w:bottom w:val="single" w:sz="6" w:space="1" w:color="999999"/>
        </w:pBdr>
      </w:pPr>
    </w:p>
    <w:p>
      <w:pPr>
        <w:spacing w:before="0" w:after="0"/>
      </w:pPr>
      <w:r>
        <w:rPr>
          <w:rFonts w:ascii="Calibri" w:hAnsi="Calibri"/>
          <w:b/>
          <w:color w:val="1A1A1A"/>
          <w:sz w:val="21"/>
        </w:rPr>
        <w:t>[B.Tech / B.E.] in [Branch]</w:t>
      </w:r>
    </w:p>
    <w:p>
      <w:pPr>
        <w:spacing w:before="0" w:after="0"/>
      </w:pPr>
      <w:r>
        <w:rPr>
          <w:rFonts w:ascii="Calibri" w:hAnsi="Calibri"/>
          <w:b w:val="0"/>
          <w:color w:val="1A1A1A"/>
          <w:sz w:val="20"/>
        </w:rPr>
        <w:t>[College Name], [City] | [Month Year] – [Month Year] | [CGPA / %]</w:t>
      </w:r>
    </w:p>
    <w:p>
      <w:pPr>
        <w:spacing w:before="20" w:after="0"/>
      </w:pPr>
      <w:r>
        <w:rPr>
          <w:rFonts w:ascii="Calibri" w:hAnsi="Calibri"/>
          <w:b w:val="0"/>
          <w:color w:val="1A1A1A"/>
          <w:sz w:val="20"/>
        </w:rPr>
        <w:t>Relevant coursework: Data Structures, DBMS, Operating Systems, [Course 4]</w:t>
      </w:r>
    </w:p>
    <w:p>
      <w:pPr>
        <w:spacing w:before="180" w:after="0"/>
      </w:pPr>
      <w:r>
        <w:rPr>
          <w:rFonts w:ascii="Calibri" w:hAnsi="Calibri"/>
          <w:b/>
          <w:caps/>
          <w:color w:val="1A1A1A"/>
          <w:sz w:val="22"/>
        </w:rPr>
        <w:t>Projects</w:t>
      </w:r>
    </w:p>
    <w:p>
      <w:pPr>
        <w:spacing w:before="20" w:after="80"/>
        <w:pBdr>
          <w:bottom w:val="single" w:sz="6" w:space="1" w:color="999999"/>
        </w:pBdr>
      </w:pPr>
    </w:p>
    <w:p>
      <w:pPr>
        <w:spacing w:before="0" w:after="0"/>
      </w:pPr>
      <w:r>
        <w:rPr>
          <w:rFonts w:ascii="Calibri" w:hAnsi="Calibri"/>
          <w:b/>
          <w:color w:val="1A1A1A"/>
          <w:sz w:val="21"/>
        </w:rPr>
        <w:t>[Project Name] | [Stack] | github.com/[your-handle]/[repo]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Built [what it does] in [stack]; served [number] [users/requests/rows].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Modelled [data/entity] across [number] tables and added [validation/tests].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Cut [load time / query time] from [X] to [Y] by [what you changed].</w:t>
      </w:r>
    </w:p>
    <w:p>
      <w:pPr>
        <w:spacing w:before="100" w:after="0"/>
      </w:pPr>
      <w:r>
        <w:rPr>
          <w:rFonts w:ascii="Calibri" w:hAnsi="Calibri"/>
          <w:b/>
          <w:color w:val="1A1A1A"/>
          <w:sz w:val="21"/>
        </w:rPr>
        <w:t>[Second Project Name] | [Stack] | github.com/[your-handle]/[repo]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Implemented [feature] using [tool]; handled [number] edge cases including [example].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Wrote [number] tests covering [what], catching [type of bug] before release.</w:t>
      </w:r>
    </w:p>
    <w:p>
      <w:pPr>
        <w:spacing w:before="180" w:after="0"/>
      </w:pPr>
      <w:r>
        <w:rPr>
          <w:rFonts w:ascii="Calibri" w:hAnsi="Calibri"/>
          <w:b/>
          <w:caps/>
          <w:color w:val="1A1A1A"/>
          <w:sz w:val="22"/>
        </w:rPr>
        <w:t>Technical Skills</w:t>
      </w:r>
    </w:p>
    <w:p>
      <w:pPr>
        <w:spacing w:before="20" w:after="80"/>
        <w:pBdr>
          <w:bottom w:val="single" w:sz="6" w:space="1" w:color="999999"/>
        </w:pBdr>
      </w:pPr>
    </w:p>
    <w:p>
      <w:pPr>
        <w:spacing w:before="0" w:after="0"/>
      </w:pPr>
      <w:r>
        <w:rPr>
          <w:rFonts w:ascii="Calibri" w:hAnsi="Calibri"/>
          <w:b w:val="0"/>
          <w:color w:val="1A1A1A"/>
          <w:sz w:val="20"/>
        </w:rPr>
        <w:t>Languages: [Python, Java, C++, SQL]</w:t>
      </w:r>
    </w:p>
    <w:p>
      <w:pPr>
        <w:spacing w:before="0" w:after="0"/>
      </w:pPr>
      <w:r>
        <w:rPr>
          <w:rFonts w:ascii="Calibri" w:hAnsi="Calibri"/>
          <w:b w:val="0"/>
          <w:color w:val="1A1A1A"/>
          <w:sz w:val="20"/>
        </w:rPr>
        <w:t>Frameworks &amp; libraries: [React, Node.js, Django, Pandas]</w:t>
      </w:r>
    </w:p>
    <w:p>
      <w:pPr>
        <w:spacing w:before="0" w:after="0"/>
      </w:pPr>
      <w:r>
        <w:rPr>
          <w:rFonts w:ascii="Calibri" w:hAnsi="Calibri"/>
          <w:b w:val="0"/>
          <w:color w:val="1A1A1A"/>
          <w:sz w:val="20"/>
        </w:rPr>
        <w:t>Databases: [MySQL, PostgreSQL, MongoDB]</w:t>
      </w:r>
    </w:p>
    <w:p>
      <w:pPr>
        <w:spacing w:before="0" w:after="0"/>
      </w:pPr>
      <w:r>
        <w:rPr>
          <w:rFonts w:ascii="Calibri" w:hAnsi="Calibri"/>
          <w:b w:val="0"/>
          <w:color w:val="1A1A1A"/>
          <w:sz w:val="20"/>
        </w:rPr>
        <w:t>Tools: [Git, Docker, Linux, Postman, AWS basics]</w:t>
      </w:r>
    </w:p>
    <w:p>
      <w:pPr>
        <w:spacing w:before="180" w:after="0"/>
      </w:pPr>
      <w:r>
        <w:rPr>
          <w:rFonts w:ascii="Calibri" w:hAnsi="Calibri"/>
          <w:b/>
          <w:caps/>
          <w:color w:val="1A1A1A"/>
          <w:sz w:val="22"/>
        </w:rPr>
        <w:t>Internships</w:t>
      </w:r>
    </w:p>
    <w:p>
      <w:pPr>
        <w:spacing w:before="20" w:after="80"/>
        <w:pBdr>
          <w:bottom w:val="single" w:sz="6" w:space="1" w:color="999999"/>
        </w:pBdr>
      </w:pPr>
    </w:p>
    <w:p>
      <w:pPr>
        <w:spacing w:before="0" w:after="0"/>
      </w:pPr>
      <w:r>
        <w:rPr>
          <w:rFonts w:ascii="Calibri" w:hAnsi="Calibri"/>
          <w:b/>
          <w:color w:val="1A1A1A"/>
          <w:sz w:val="21"/>
        </w:rPr>
        <w:t>[Role] Intern | [Company], [City] | [Month Year] – [Month Year]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Shipped [feature/fix] in [stack], used by [number] [users/team members].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Automated [task] with [tool], removing about [N] hours of manual work per [period].</w:t>
      </w:r>
    </w:p>
    <w:p>
      <w:pPr>
        <w:spacing w:before="180" w:after="0"/>
      </w:pPr>
      <w:r>
        <w:rPr>
          <w:rFonts w:ascii="Calibri" w:hAnsi="Calibri"/>
          <w:b/>
          <w:caps/>
          <w:color w:val="1A1A1A"/>
          <w:sz w:val="22"/>
        </w:rPr>
        <w:t>Certifications &amp; Coding Profiles</w:t>
      </w:r>
    </w:p>
    <w:p>
      <w:pPr>
        <w:spacing w:before="20" w:after="80"/>
        <w:pBdr>
          <w:bottom w:val="single" w:sz="6" w:space="1" w:color="999999"/>
        </w:pBdr>
      </w:pP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[Certification] — [Issuing body], [Month Year]</w:t>
      </w:r>
    </w:p>
    <w:p>
      <w:pPr>
        <w:pStyle w:val="ListBullet"/>
        <w:spacing w:before="0" w:after="40"/>
        <w:ind w:left="317"/>
      </w:pPr>
      <w:r>
        <w:rPr>
          <w:rFonts w:ascii="Calibri" w:hAnsi="Calibri"/>
          <w:color w:val="1A1A1A"/>
          <w:sz w:val="21"/>
        </w:rPr>
        <w:t>[Platform]: [rank / problems solved] — [profile link]</w:t>
      </w:r>
    </w:p>
    <w:p>
      <w:pPr>
        <w:spacing w:before="200" w:after="0"/>
      </w:pPr>
      <w:r>
        <w:rPr>
          <w:rFonts w:ascii="Calibri" w:hAnsi="Calibri"/>
          <w:b w:val="0"/>
          <w:color w:val="1A1A1A"/>
          <w:sz w:val="17"/>
        </w:rPr>
        <w:t>Delete this line before sending. Keep it to one page, export as PDF unless the portal asks for .docx, and never invent a number you cannot defend in an interview.</w:t>
      </w:r>
    </w:p>
    <w:sectPr w:rsidR="00FC693F" w:rsidRPr="0006063C" w:rsidSect="00034616">
      <w:pgSz w:w="11906" w:h="16838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 w:line="252" w:lineRule="auto"/>
    </w:pPr>
    <w:rPr>
      <w:rFonts w:ascii="Calibri" w:hAnsi="Calibri" w:eastAsia="Calibri"/>
      <w:color w:val="1A1A1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