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rFonts w:ascii="Calibri" w:hAnsi="Calibri"/>
          <w:b/>
          <w:color w:val="1A1A1A"/>
          <w:sz w:val="36"/>
        </w:rPr>
        <w:t>[YOUR NAME]</w:t>
      </w:r>
    </w:p>
    <w:p>
      <w:pPr>
        <w:spacing w:before="40" w:after="0"/>
        <w:jc w:val="center"/>
      </w:pPr>
      <w:r>
        <w:rPr>
          <w:rFonts w:ascii="Calibri" w:hAnsi="Calibri"/>
          <w:b w:val="0"/>
          <w:color w:val="1A1A1A"/>
          <w:sz w:val="21"/>
        </w:rPr>
        <w:t>[Degree] in [Branch], graduating [Month Year] | Seeking [Role] roles</w:t>
      </w:r>
    </w:p>
    <w:p>
      <w:pPr>
        <w:spacing w:before="40" w:after="0"/>
        <w:jc w:val="center"/>
      </w:pPr>
      <w:r>
        <w:rPr>
          <w:rFonts w:ascii="Calibri" w:hAnsi="Calibri"/>
          <w:b w:val="0"/>
          <w:color w:val="1A1A1A"/>
          <w:sz w:val="20"/>
        </w:rPr>
        <w:t>[City, State] | +91 [10-digit number] | [firstname.lastname]@gmail.com</w:t>
      </w:r>
    </w:p>
    <w:p>
      <w:pPr>
        <w:spacing w:before="20" w:after="0"/>
        <w:jc w:val="center"/>
      </w:pPr>
      <w:r>
        <w:rPr>
          <w:rFonts w:ascii="Calibri" w:hAnsi="Calibri"/>
          <w:b w:val="0"/>
          <w:color w:val="1A1A1A"/>
          <w:sz w:val="20"/>
        </w:rPr>
        <w:t>linkedin.com/in/[your-handle] | github.com/[your-handle]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Objective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 w:val="0"/>
          <w:color w:val="1A1A1A"/>
          <w:sz w:val="21"/>
        </w:rPr>
        <w:t>[Degree] graduate in [Branch] with hands-on project work in [Skill 1] and [Skill 2]. Looking for a [Role] role at [Company / type of company] where I can [what you will do for them].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Education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/>
          <w:color w:val="1A1A1A"/>
          <w:sz w:val="21"/>
        </w:rPr>
        <w:t>[B.Tech / B.E. / B.Sc. / BCA] in [Branch]</w:t>
      </w: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[College Name], [City] | [Month Year] – [Month Year] | [CGPA / %]</w:t>
      </w:r>
    </w:p>
    <w:p>
      <w:pPr>
        <w:spacing w:before="20" w:after="0"/>
      </w:pPr>
      <w:r>
        <w:rPr>
          <w:rFonts w:ascii="Calibri" w:hAnsi="Calibri"/>
          <w:b w:val="0"/>
          <w:color w:val="1A1A1A"/>
          <w:sz w:val="20"/>
        </w:rPr>
        <w:t>Relevant coursework: [Course 1], [Course 2], [Course 3]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Projects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/>
          <w:color w:val="1A1A1A"/>
          <w:sz w:val="21"/>
        </w:rPr>
        <w:t>[Project Name] | [Tools used] | [Month Year]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Built [what] using [tool] to [purpose]; handled [number] [records/users/tests].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Reduced [manual step] from [X] to [Y], saving roughly [N] hours per [week/cycle].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Documented the work in a [number]-page README at github.com/[your-handle]/[repo].</w:t>
      </w:r>
    </w:p>
    <w:p>
      <w:pPr>
        <w:spacing w:before="100" w:after="0"/>
      </w:pPr>
      <w:r>
        <w:rPr>
          <w:rFonts w:ascii="Calibri" w:hAnsi="Calibri"/>
          <w:b/>
          <w:color w:val="1A1A1A"/>
          <w:sz w:val="21"/>
        </w:rPr>
        <w:t>[Second Project Name] | [Tools used] | [Month Year]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Designed [what] that [outcome], tested with [number] [users/samples].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Handled [specific problem] by [approach], which improved [metric] by [number].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Skills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Languages: [e.g. Python, Java, SQL]</w:t>
      </w: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Tools &amp; frameworks: [e.g. Git, Excel, Power BI]</w:t>
      </w: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Domain: [e.g. data analysis, testing, front-end]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Internships &amp; Experience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/>
          <w:color w:val="1A1A1A"/>
          <w:sz w:val="21"/>
        </w:rPr>
        <w:t>[Role] | [Organisation], [City] | [Month Year] – [Month Year]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Worked on [task] with [tool], supporting [team/number of people].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Delivered [output] over [number] weeks, which [result].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Certifications &amp; Achievements</w:t>
      </w:r>
    </w:p>
    <w:p>
      <w:pPr>
        <w:spacing w:before="20" w:after="80"/>
        <w:pBdr>
          <w:bottom w:val="single" w:sz="6" w:space="1" w:color="999999"/>
        </w:pBdr>
      </w:pP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[Certification name] — [Issuing body], [Month Year]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[Rank / award] in [competition or exam], [Month Year]</w:t>
      </w:r>
    </w:p>
    <w:p>
      <w:pPr>
        <w:spacing w:before="200" w:after="0"/>
      </w:pPr>
      <w:r>
        <w:rPr>
          <w:rFonts w:ascii="Calibri" w:hAnsi="Calibri"/>
          <w:b w:val="0"/>
          <w:color w:val="1A1A1A"/>
          <w:sz w:val="17"/>
        </w:rPr>
        <w:t>Delete this line before sending. Keep it to one page, export as PDF unless the portal asks for .docx, and never invent a number you cannot defend in an interview.</w:t>
      </w:r>
    </w:p>
    <w:sectPr w:rsidR="00FC693F" w:rsidRPr="0006063C" w:rsidSect="00034616">
      <w:pgSz w:w="11906" w:h="16838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52" w:lineRule="auto"/>
    </w:pPr>
    <w:rPr>
      <w:rFonts w:ascii="Calibri" w:hAnsi="Calibri" w:eastAsia="Calibri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